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DB5B1A" w14:textId="7DDB3B91" w:rsidR="00FA36D2" w:rsidRPr="004A4D23" w:rsidRDefault="00FA36D2" w:rsidP="004A4D23">
      <w:pPr>
        <w:spacing w:after="0" w:line="240" w:lineRule="auto"/>
        <w:ind w:left="4320"/>
        <w:rPr>
          <w:rFonts w:ascii="Calibri" w:eastAsia="Times New Roman" w:hAnsi="Calibri" w:cs="Calibri"/>
          <w:bCs/>
          <w:i/>
          <w:iCs/>
          <w:color w:val="FF0000"/>
          <w:sz w:val="16"/>
          <w:szCs w:val="16"/>
          <w:lang w:val="pl-PL"/>
        </w:rPr>
      </w:pPr>
      <w:bookmarkStart w:id="0" w:name="_GoBack"/>
      <w:bookmarkEnd w:id="0"/>
      <w:r w:rsidRPr="004A4D23">
        <w:rPr>
          <w:rFonts w:ascii="Calibri" w:eastAsia="Times New Roman" w:hAnsi="Calibri" w:cs="Calibri"/>
          <w:bCs/>
          <w:i/>
          <w:iCs/>
          <w:sz w:val="16"/>
          <w:szCs w:val="16"/>
          <w:lang w:val="pl-PL"/>
        </w:rPr>
        <w:t xml:space="preserve">Załącznik nr 1 do zapytania ofertowego </w:t>
      </w:r>
      <w:r w:rsidR="007058DD" w:rsidRPr="004A4D23">
        <w:rPr>
          <w:rFonts w:ascii="Calibri" w:eastAsia="Times New Roman" w:hAnsi="Calibri" w:cs="Calibri"/>
          <w:bCs/>
          <w:i/>
          <w:iCs/>
          <w:sz w:val="16"/>
          <w:szCs w:val="16"/>
          <w:lang w:val="pl-PL" w:eastAsia="pl-PL"/>
        </w:rPr>
        <w:t>nr ………………………</w:t>
      </w:r>
    </w:p>
    <w:p w14:paraId="465BABD1" w14:textId="77777777" w:rsidR="00FA36D2" w:rsidRPr="004A4D23" w:rsidRDefault="00FA36D2" w:rsidP="00C13D55">
      <w:pPr>
        <w:spacing w:after="0" w:line="240" w:lineRule="auto"/>
        <w:jc w:val="center"/>
        <w:rPr>
          <w:rFonts w:ascii="Calibri" w:hAnsi="Calibri" w:cs="Calibri"/>
          <w:b/>
          <w:sz w:val="20"/>
          <w:szCs w:val="20"/>
          <w:lang w:val="pl-PL"/>
        </w:rPr>
      </w:pPr>
    </w:p>
    <w:p w14:paraId="1ABCF24B" w14:textId="44CDDFCF" w:rsidR="00155932" w:rsidRPr="004A4D23" w:rsidRDefault="007E6899" w:rsidP="00C13D55">
      <w:pPr>
        <w:spacing w:after="0" w:line="240" w:lineRule="auto"/>
        <w:jc w:val="center"/>
        <w:rPr>
          <w:rFonts w:ascii="Calibri" w:hAnsi="Calibri" w:cs="Calibri"/>
          <w:b/>
          <w:sz w:val="28"/>
          <w:szCs w:val="28"/>
          <w:lang w:val="pl-PL"/>
        </w:rPr>
      </w:pPr>
      <w:r w:rsidRPr="004A4D23">
        <w:rPr>
          <w:rFonts w:ascii="Calibri" w:hAnsi="Calibri" w:cs="Calibri"/>
          <w:b/>
          <w:sz w:val="28"/>
          <w:szCs w:val="28"/>
          <w:lang w:val="pl-PL"/>
        </w:rPr>
        <w:t>FORMULARZ OFERTOWY WYKONAWCY</w:t>
      </w:r>
    </w:p>
    <w:p w14:paraId="2E196F2E" w14:textId="77777777" w:rsidR="003D359B" w:rsidRPr="004A4D23" w:rsidRDefault="003D359B" w:rsidP="003D359B">
      <w:pPr>
        <w:spacing w:after="0"/>
        <w:jc w:val="center"/>
        <w:rPr>
          <w:rFonts w:ascii="Calibri" w:hAnsi="Calibri" w:cs="Calibri"/>
          <w:b/>
          <w:bCs/>
          <w:sz w:val="20"/>
          <w:szCs w:val="20"/>
          <w:lang w:val="pl-PL"/>
        </w:rPr>
      </w:pPr>
      <w:bookmarkStart w:id="1" w:name="_Hlk226981631"/>
    </w:p>
    <w:p w14:paraId="0C3B7C24" w14:textId="559669BA" w:rsidR="00FA36D2" w:rsidRPr="004A4D23" w:rsidRDefault="00FA36D2" w:rsidP="00FA36D2">
      <w:pPr>
        <w:autoSpaceDE w:val="0"/>
        <w:spacing w:line="360" w:lineRule="auto"/>
        <w:rPr>
          <w:rFonts w:ascii="Calibri" w:hAnsi="Calibri" w:cs="Calibri"/>
          <w:bCs/>
          <w:color w:val="000000" w:themeColor="text1"/>
          <w:sz w:val="20"/>
          <w:szCs w:val="20"/>
          <w:lang w:val="pl-PL"/>
        </w:rPr>
      </w:pPr>
      <w:r w:rsidRPr="004A4D23">
        <w:rPr>
          <w:rFonts w:ascii="Calibri" w:eastAsia="Times New Roman" w:hAnsi="Calibri" w:cs="Calibri"/>
          <w:bCs/>
          <w:color w:val="000000" w:themeColor="text1"/>
          <w:sz w:val="20"/>
          <w:szCs w:val="20"/>
          <w:lang w:val="pl-PL" w:eastAsia="pl-PL"/>
        </w:rPr>
        <w:t>Przystępując do zapytania ofertowego w sprawie udzielenia zamówienia na</w:t>
      </w:r>
      <w:r w:rsidRPr="004A4D23">
        <w:rPr>
          <w:rFonts w:ascii="Calibri" w:hAnsi="Calibri" w:cs="Calibri"/>
          <w:bCs/>
          <w:color w:val="000000" w:themeColor="text1"/>
          <w:sz w:val="20"/>
          <w:szCs w:val="20"/>
          <w:lang w:val="pl-PL"/>
        </w:rPr>
        <w:t xml:space="preserve"> </w:t>
      </w:r>
    </w:p>
    <w:p w14:paraId="79F484C3" w14:textId="77777777" w:rsidR="00CD00FD" w:rsidRPr="004A4D23" w:rsidRDefault="00CD00FD" w:rsidP="00CD00FD">
      <w:pPr>
        <w:spacing w:after="0"/>
        <w:jc w:val="center"/>
        <w:rPr>
          <w:rFonts w:ascii="Calibri" w:eastAsia="Times New Roman" w:hAnsi="Calibri" w:cs="Calibri"/>
          <w:b/>
          <w:bCs/>
          <w:color w:val="000000"/>
          <w:lang w:val="pl-PL" w:eastAsia="pl-PL"/>
        </w:rPr>
      </w:pPr>
      <w:r w:rsidRPr="004A4D23">
        <w:rPr>
          <w:rFonts w:ascii="Calibri" w:hAnsi="Calibri" w:cs="Calibri"/>
          <w:b/>
          <w:bCs/>
          <w:lang w:val="pl-PL"/>
        </w:rPr>
        <w:t xml:space="preserve">Zakup </w:t>
      </w:r>
      <w:r w:rsidRPr="004A4D23">
        <w:rPr>
          <w:rFonts w:ascii="Calibri" w:eastAsia="Times New Roman" w:hAnsi="Calibri" w:cs="Calibri"/>
          <w:b/>
          <w:bCs/>
          <w:lang w:val="pl-PL" w:eastAsia="pl-PL"/>
        </w:rPr>
        <w:t xml:space="preserve">materacy ewakuacyjnych oraz </w:t>
      </w:r>
      <w:proofErr w:type="spellStart"/>
      <w:r w:rsidRPr="004A4D23">
        <w:rPr>
          <w:rFonts w:ascii="Calibri" w:eastAsia="Times New Roman" w:hAnsi="Calibri" w:cs="Calibri"/>
          <w:b/>
          <w:bCs/>
          <w:color w:val="000000"/>
          <w:lang w:val="pl-PL" w:eastAsia="pl-PL"/>
        </w:rPr>
        <w:t>schodołazów</w:t>
      </w:r>
      <w:proofErr w:type="spellEnd"/>
      <w:r w:rsidRPr="004A4D23">
        <w:rPr>
          <w:rFonts w:ascii="Calibri" w:eastAsia="Times New Roman" w:hAnsi="Calibri" w:cs="Calibri"/>
          <w:b/>
          <w:bCs/>
          <w:color w:val="000000"/>
          <w:lang w:val="pl-PL" w:eastAsia="pl-PL"/>
        </w:rPr>
        <w:t xml:space="preserve"> ewakuacyjnych</w:t>
      </w:r>
      <w:r w:rsidRPr="004A4D23">
        <w:rPr>
          <w:rFonts w:ascii="Calibri" w:eastAsia="Times New Roman" w:hAnsi="Calibri" w:cs="Calibri"/>
          <w:b/>
          <w:bCs/>
          <w:color w:val="000000"/>
          <w:lang w:val="pl-PL" w:eastAsia="pl-PL"/>
        </w:rPr>
        <w:br/>
        <w:t>z krzesełkiem gąsienicowym z napędem elektrycznym</w:t>
      </w:r>
    </w:p>
    <w:bookmarkEnd w:id="1"/>
    <w:p w14:paraId="5DA7F3BF" w14:textId="77777777" w:rsidR="00155932" w:rsidRPr="004A4D23" w:rsidRDefault="00155932" w:rsidP="00C13D55">
      <w:pPr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</w:p>
    <w:p w14:paraId="0F3ED1B0" w14:textId="77777777" w:rsidR="00155932" w:rsidRPr="004A4D23" w:rsidRDefault="007E6899" w:rsidP="00C13D55">
      <w:pPr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4A4D23">
        <w:rPr>
          <w:rFonts w:ascii="Calibri" w:hAnsi="Calibri" w:cs="Calibri"/>
          <w:sz w:val="20"/>
          <w:szCs w:val="20"/>
          <w:lang w:val="pl-PL"/>
        </w:rPr>
        <w:t>1. Zamawiający:</w:t>
      </w:r>
    </w:p>
    <w:p w14:paraId="77FF049B" w14:textId="2C9A099E" w:rsidR="00155932" w:rsidRPr="004A4D23" w:rsidRDefault="00395D4C" w:rsidP="00C13D55">
      <w:pPr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4A4D23">
        <w:rPr>
          <w:rFonts w:ascii="Calibri" w:hAnsi="Calibri" w:cs="Calibri"/>
          <w:sz w:val="20"/>
          <w:szCs w:val="20"/>
          <w:lang w:val="pl-PL"/>
        </w:rPr>
        <w:t>Uniwersytecki Szpital Kliniczny w Poznaniu</w:t>
      </w:r>
    </w:p>
    <w:p w14:paraId="0D60ACF1" w14:textId="77777777" w:rsidR="00155932" w:rsidRPr="004A4D23" w:rsidRDefault="007E6899" w:rsidP="00C13D55">
      <w:pPr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4A4D23">
        <w:rPr>
          <w:rFonts w:ascii="Calibri" w:hAnsi="Calibri" w:cs="Calibri"/>
          <w:sz w:val="20"/>
          <w:szCs w:val="20"/>
          <w:lang w:val="pl-PL"/>
        </w:rPr>
        <w:br/>
        <w:t>2. Dane Wykonawcy:</w:t>
      </w:r>
    </w:p>
    <w:p w14:paraId="50D74C20" w14:textId="11CFAB06" w:rsidR="00155932" w:rsidRPr="004A4D23" w:rsidRDefault="007E6899" w:rsidP="00C13D55">
      <w:pPr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4A4D23">
        <w:rPr>
          <w:rFonts w:ascii="Calibri" w:hAnsi="Calibri" w:cs="Calibri"/>
          <w:sz w:val="20"/>
          <w:szCs w:val="20"/>
          <w:lang w:val="pl-PL"/>
        </w:rPr>
        <w:t>Nazwa Wykonawcy:...................................................................................</w:t>
      </w:r>
      <w:r w:rsidR="007F0ACB" w:rsidRPr="004A4D23">
        <w:rPr>
          <w:rFonts w:ascii="Calibri" w:hAnsi="Calibri" w:cs="Calibri"/>
          <w:sz w:val="20"/>
          <w:szCs w:val="20"/>
          <w:lang w:val="pl-PL"/>
        </w:rPr>
        <w:t>.................</w:t>
      </w:r>
    </w:p>
    <w:p w14:paraId="6E9058C4" w14:textId="66E0B98D" w:rsidR="00155932" w:rsidRPr="004A4D23" w:rsidRDefault="007E6899" w:rsidP="00C13D55">
      <w:pPr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4A4D23">
        <w:rPr>
          <w:rFonts w:ascii="Calibri" w:hAnsi="Calibri" w:cs="Calibri"/>
          <w:sz w:val="20"/>
          <w:szCs w:val="20"/>
          <w:lang w:val="pl-PL"/>
        </w:rPr>
        <w:t>Adres: .........................................................................................................</w:t>
      </w:r>
      <w:r w:rsidR="007F0ACB" w:rsidRPr="004A4D23">
        <w:rPr>
          <w:rFonts w:ascii="Calibri" w:hAnsi="Calibri" w:cs="Calibri"/>
          <w:sz w:val="20"/>
          <w:szCs w:val="20"/>
          <w:lang w:val="pl-PL"/>
        </w:rPr>
        <w:t>...</w:t>
      </w:r>
    </w:p>
    <w:p w14:paraId="32AA3BAF" w14:textId="5B9673E8" w:rsidR="00155932" w:rsidRPr="004A4D23" w:rsidRDefault="007E6899" w:rsidP="00C13D55">
      <w:pPr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4A4D23">
        <w:rPr>
          <w:rFonts w:ascii="Calibri" w:hAnsi="Calibri" w:cs="Calibri"/>
          <w:sz w:val="20"/>
          <w:szCs w:val="20"/>
          <w:lang w:val="pl-PL"/>
        </w:rPr>
        <w:t>NIP: ............................................ REGON: ....................................................</w:t>
      </w:r>
    </w:p>
    <w:p w14:paraId="47C07261" w14:textId="563B5526" w:rsidR="00155932" w:rsidRPr="004A4D23" w:rsidRDefault="007E6899" w:rsidP="00C13D55">
      <w:pPr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4A4D23">
        <w:rPr>
          <w:rFonts w:ascii="Calibri" w:hAnsi="Calibri" w:cs="Calibri"/>
          <w:sz w:val="20"/>
          <w:szCs w:val="20"/>
          <w:lang w:val="pl-PL"/>
        </w:rPr>
        <w:t>Osoba do kontaktu: .........................................................................................</w:t>
      </w:r>
    </w:p>
    <w:p w14:paraId="3CF0C9DB" w14:textId="3D3E8778" w:rsidR="00155932" w:rsidRPr="004A4D23" w:rsidRDefault="007E6899" w:rsidP="00C13D55">
      <w:pPr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4A4D23">
        <w:rPr>
          <w:rFonts w:ascii="Calibri" w:hAnsi="Calibri" w:cs="Calibri"/>
          <w:sz w:val="20"/>
          <w:szCs w:val="20"/>
          <w:lang w:val="pl-PL"/>
        </w:rPr>
        <w:t>Telefon / e-mail: .............................................................................................</w:t>
      </w:r>
    </w:p>
    <w:p w14:paraId="7C7CAF7F" w14:textId="22DFD951" w:rsidR="00155932" w:rsidRPr="004A4D23" w:rsidRDefault="007E6899" w:rsidP="00C13D55">
      <w:pPr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4A4D23">
        <w:rPr>
          <w:rFonts w:ascii="Calibri" w:hAnsi="Calibri" w:cs="Calibri"/>
          <w:sz w:val="20"/>
          <w:szCs w:val="20"/>
          <w:lang w:val="pl-PL"/>
        </w:rPr>
        <w:br/>
        <w:t xml:space="preserve">3. </w:t>
      </w:r>
      <w:r w:rsidR="00CD00FD" w:rsidRPr="00CD00FD">
        <w:rPr>
          <w:rFonts w:ascii="Calibri" w:hAnsi="Calibri" w:cs="Calibri"/>
          <w:sz w:val="20"/>
          <w:szCs w:val="20"/>
          <w:lang w:val="pl-PL"/>
        </w:rPr>
        <w:t>Oferta cenowa:</w:t>
      </w:r>
    </w:p>
    <w:p w14:paraId="5DEE9B33" w14:textId="25C4D982" w:rsidR="007058DD" w:rsidRPr="004A4D23" w:rsidRDefault="007058DD" w:rsidP="00C13D55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  <w:lang w:val="pl-PL"/>
        </w:rPr>
      </w:pPr>
    </w:p>
    <w:p w14:paraId="0BD90BDF" w14:textId="00A0C049" w:rsidR="007058DD" w:rsidRPr="004A4D23" w:rsidRDefault="00CD00FD" w:rsidP="00C13D55">
      <w:pPr>
        <w:spacing w:after="0" w:line="240" w:lineRule="auto"/>
        <w:jc w:val="both"/>
        <w:rPr>
          <w:rFonts w:ascii="Calibri" w:hAnsi="Calibri" w:cs="Calibri"/>
          <w:b/>
          <w:bCs/>
          <w:color w:val="0070C0"/>
          <w:sz w:val="20"/>
          <w:szCs w:val="20"/>
          <w:lang w:val="pl-PL"/>
        </w:rPr>
      </w:pPr>
      <w:r w:rsidRPr="004A4D23">
        <w:rPr>
          <w:rFonts w:ascii="Calibri" w:hAnsi="Calibri" w:cs="Calibri"/>
          <w:b/>
          <w:bCs/>
          <w:color w:val="0070C0"/>
          <w:sz w:val="20"/>
          <w:szCs w:val="20"/>
          <w:lang w:val="pl-PL"/>
        </w:rPr>
        <w:t xml:space="preserve">PAKIET I </w:t>
      </w:r>
    </w:p>
    <w:p w14:paraId="0EABA984" w14:textId="69E8C050" w:rsidR="00CD00FD" w:rsidRPr="004A4D23" w:rsidRDefault="00CD00FD" w:rsidP="00C13D55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val="pl-PL" w:eastAsia="pl-PL"/>
        </w:rPr>
      </w:pPr>
      <w:r w:rsidRPr="004A4D23">
        <w:rPr>
          <w:rFonts w:ascii="Calibri" w:eastAsia="Times New Roman" w:hAnsi="Calibri" w:cs="Calibri"/>
          <w:b/>
          <w:bCs/>
          <w:color w:val="000000"/>
          <w:sz w:val="20"/>
          <w:szCs w:val="20"/>
          <w:lang w:val="pl-PL" w:eastAsia="pl-PL"/>
        </w:rPr>
        <w:t>Fabrycznie nowe materace ewakuacyjne</w:t>
      </w:r>
      <w:r w:rsidRPr="004A4D23">
        <w:rPr>
          <w:rFonts w:ascii="Calibri" w:eastAsia="Times New Roman" w:hAnsi="Calibri" w:cs="Calibri"/>
          <w:color w:val="000000"/>
          <w:sz w:val="20"/>
          <w:szCs w:val="20"/>
          <w:lang w:val="pl-PL" w:eastAsia="pl-PL"/>
        </w:rPr>
        <w:t xml:space="preserve"> przeznaczone do bezpiecznego transportu pacjentów (w tym osób leżących, z ograniczeniami ruchowymi oraz </w:t>
      </w:r>
      <w:proofErr w:type="spellStart"/>
      <w:r w:rsidRPr="004A4D23">
        <w:rPr>
          <w:rFonts w:ascii="Calibri" w:eastAsia="Times New Roman" w:hAnsi="Calibri" w:cs="Calibri"/>
          <w:color w:val="000000"/>
          <w:sz w:val="20"/>
          <w:szCs w:val="20"/>
          <w:lang w:val="pl-PL" w:eastAsia="pl-PL"/>
        </w:rPr>
        <w:t>bariatrycznych</w:t>
      </w:r>
      <w:proofErr w:type="spellEnd"/>
      <w:r w:rsidRPr="004A4D23">
        <w:rPr>
          <w:rFonts w:ascii="Calibri" w:eastAsia="Times New Roman" w:hAnsi="Calibri" w:cs="Calibri"/>
          <w:color w:val="000000"/>
          <w:sz w:val="20"/>
          <w:szCs w:val="20"/>
          <w:lang w:val="pl-PL" w:eastAsia="pl-PL"/>
        </w:rPr>
        <w:t>) po schodach i drogach ewakuacyjnych szpitala w sytuacji zagrożenia.</w:t>
      </w:r>
    </w:p>
    <w:p w14:paraId="308606CB" w14:textId="77777777" w:rsidR="00CD00FD" w:rsidRPr="00CD00FD" w:rsidRDefault="00CD00FD">
      <w:pPr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91"/>
        <w:gridCol w:w="1287"/>
        <w:gridCol w:w="1291"/>
        <w:gridCol w:w="1181"/>
        <w:gridCol w:w="1193"/>
        <w:gridCol w:w="1193"/>
        <w:gridCol w:w="1194"/>
      </w:tblGrid>
      <w:tr w:rsidR="00CD00FD" w:rsidRPr="00CD00FD" w14:paraId="66CC3E8C" w14:textId="77777777" w:rsidTr="004A4D23">
        <w:tc>
          <w:tcPr>
            <w:tcW w:w="1232" w:type="dxa"/>
            <w:shd w:val="clear" w:color="auto" w:fill="D9D9D9" w:themeFill="background1" w:themeFillShade="D9"/>
          </w:tcPr>
          <w:p w14:paraId="6C323448" w14:textId="74013DDD" w:rsidR="00CD00FD" w:rsidRPr="004A4D23" w:rsidRDefault="00CD00FD" w:rsidP="004A4D23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 w:rsidRPr="004A4D23"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Cena jednostkowa netto</w:t>
            </w:r>
          </w:p>
        </w:tc>
        <w:tc>
          <w:tcPr>
            <w:tcW w:w="1233" w:type="dxa"/>
            <w:shd w:val="clear" w:color="auto" w:fill="D9D9D9" w:themeFill="background1" w:themeFillShade="D9"/>
          </w:tcPr>
          <w:p w14:paraId="5D0C99E7" w14:textId="2134D05E" w:rsidR="00CD00FD" w:rsidRPr="004A4D23" w:rsidRDefault="00CD00FD" w:rsidP="004A4D23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 w:rsidRPr="004A4D23"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Vat jednostkowy</w:t>
            </w:r>
          </w:p>
        </w:tc>
        <w:tc>
          <w:tcPr>
            <w:tcW w:w="1233" w:type="dxa"/>
            <w:shd w:val="clear" w:color="auto" w:fill="D9D9D9" w:themeFill="background1" w:themeFillShade="D9"/>
          </w:tcPr>
          <w:p w14:paraId="4779148D" w14:textId="4FD97EE6" w:rsidR="00CD00FD" w:rsidRPr="004A4D23" w:rsidRDefault="00CD00FD" w:rsidP="004A4D23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 w:rsidRPr="004A4D23"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Cena jednostkowa brutto</w:t>
            </w:r>
          </w:p>
        </w:tc>
        <w:tc>
          <w:tcPr>
            <w:tcW w:w="1233" w:type="dxa"/>
            <w:shd w:val="clear" w:color="auto" w:fill="D9D9D9" w:themeFill="background1" w:themeFillShade="D9"/>
          </w:tcPr>
          <w:p w14:paraId="0B1632B4" w14:textId="022A5A01" w:rsidR="00CD00FD" w:rsidRPr="004A4D23" w:rsidRDefault="00CD00FD" w:rsidP="004A4D23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 w:rsidRPr="004A4D23"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Ilość</w:t>
            </w:r>
          </w:p>
        </w:tc>
        <w:tc>
          <w:tcPr>
            <w:tcW w:w="1233" w:type="dxa"/>
            <w:shd w:val="clear" w:color="auto" w:fill="D9D9D9" w:themeFill="background1" w:themeFillShade="D9"/>
          </w:tcPr>
          <w:p w14:paraId="6DA3CFD2" w14:textId="2DCB8027" w:rsidR="00CD00FD" w:rsidRPr="004A4D23" w:rsidRDefault="00CD00FD" w:rsidP="004A4D23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 w:rsidRPr="004A4D23"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Cena razem netto</w:t>
            </w:r>
          </w:p>
        </w:tc>
        <w:tc>
          <w:tcPr>
            <w:tcW w:w="1233" w:type="dxa"/>
            <w:shd w:val="clear" w:color="auto" w:fill="D9D9D9" w:themeFill="background1" w:themeFillShade="D9"/>
          </w:tcPr>
          <w:p w14:paraId="4068A07A" w14:textId="1639656B" w:rsidR="00CD00FD" w:rsidRPr="004A4D23" w:rsidRDefault="00CD00FD" w:rsidP="004A4D23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 w:rsidRPr="004A4D23"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VAT razem</w:t>
            </w:r>
          </w:p>
        </w:tc>
        <w:tc>
          <w:tcPr>
            <w:tcW w:w="1233" w:type="dxa"/>
            <w:shd w:val="clear" w:color="auto" w:fill="D9D9D9" w:themeFill="background1" w:themeFillShade="D9"/>
          </w:tcPr>
          <w:p w14:paraId="08E14576" w14:textId="73001CF4" w:rsidR="00CD00FD" w:rsidRPr="004A4D23" w:rsidRDefault="00CD00FD" w:rsidP="004A4D23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 w:rsidRPr="004A4D23"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Cena razem brutto</w:t>
            </w:r>
          </w:p>
        </w:tc>
      </w:tr>
      <w:tr w:rsidR="00CD00FD" w:rsidRPr="00CD00FD" w14:paraId="2D15C1DF" w14:textId="77777777" w:rsidTr="00CD00FD">
        <w:tc>
          <w:tcPr>
            <w:tcW w:w="1232" w:type="dxa"/>
          </w:tcPr>
          <w:p w14:paraId="3A3AF741" w14:textId="77777777" w:rsidR="00CD00FD" w:rsidRPr="00CD00FD" w:rsidRDefault="00CD00FD">
            <w:pPr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33" w:type="dxa"/>
          </w:tcPr>
          <w:p w14:paraId="032C5754" w14:textId="77777777" w:rsidR="00CD00FD" w:rsidRPr="00CD00FD" w:rsidRDefault="00CD00FD">
            <w:pPr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33" w:type="dxa"/>
          </w:tcPr>
          <w:p w14:paraId="571ED568" w14:textId="77777777" w:rsidR="00CD00FD" w:rsidRPr="00CD00FD" w:rsidRDefault="00CD00FD">
            <w:pPr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33" w:type="dxa"/>
          </w:tcPr>
          <w:p w14:paraId="54EDD0D9" w14:textId="651BFD2E" w:rsidR="00CD00FD" w:rsidRPr="00CD00FD" w:rsidRDefault="00CD00FD" w:rsidP="004A4D23">
            <w:pPr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CD00FD">
              <w:rPr>
                <w:rFonts w:ascii="Calibri" w:hAnsi="Calibri" w:cs="Calibri"/>
                <w:sz w:val="20"/>
                <w:szCs w:val="20"/>
                <w:lang w:val="pl-PL"/>
              </w:rPr>
              <w:t>16</w:t>
            </w:r>
          </w:p>
        </w:tc>
        <w:tc>
          <w:tcPr>
            <w:tcW w:w="1233" w:type="dxa"/>
          </w:tcPr>
          <w:p w14:paraId="4271EC0C" w14:textId="77777777" w:rsidR="00CD00FD" w:rsidRPr="00CD00FD" w:rsidRDefault="00CD00FD">
            <w:pPr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33" w:type="dxa"/>
          </w:tcPr>
          <w:p w14:paraId="277972AF" w14:textId="77777777" w:rsidR="00CD00FD" w:rsidRPr="00CD00FD" w:rsidRDefault="00CD00FD">
            <w:pPr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33" w:type="dxa"/>
          </w:tcPr>
          <w:p w14:paraId="10F79326" w14:textId="77777777" w:rsidR="00CD00FD" w:rsidRPr="00CD00FD" w:rsidRDefault="00CD00FD">
            <w:pPr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  <w:p w14:paraId="793173BF" w14:textId="77777777" w:rsidR="00CD00FD" w:rsidRPr="00CD00FD" w:rsidRDefault="00CD00FD">
            <w:pPr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</w:tbl>
    <w:p w14:paraId="6C907F4E" w14:textId="3F73F089" w:rsidR="00155932" w:rsidRPr="004A4D23" w:rsidRDefault="00155932">
      <w:pPr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</w:p>
    <w:p w14:paraId="46D64AC1" w14:textId="05AB2C2D" w:rsidR="00CD00FD" w:rsidRPr="004A4D23" w:rsidRDefault="00CD00FD">
      <w:pPr>
        <w:spacing w:after="0" w:line="240" w:lineRule="auto"/>
        <w:rPr>
          <w:rFonts w:ascii="Calibri" w:eastAsia="Times New Roman" w:hAnsi="Calibri" w:cs="Calibri"/>
          <w:b/>
          <w:bCs/>
          <w:color w:val="0070C0"/>
          <w:sz w:val="20"/>
          <w:szCs w:val="20"/>
          <w:lang w:val="pl-PL" w:eastAsia="pl-PL"/>
        </w:rPr>
      </w:pPr>
      <w:r w:rsidRPr="004A4D23">
        <w:rPr>
          <w:rFonts w:ascii="Calibri" w:eastAsia="Times New Roman" w:hAnsi="Calibri" w:cs="Calibri"/>
          <w:b/>
          <w:bCs/>
          <w:color w:val="0070C0"/>
          <w:sz w:val="20"/>
          <w:szCs w:val="20"/>
          <w:lang w:val="pl-PL" w:eastAsia="pl-PL"/>
        </w:rPr>
        <w:t>PAKIET II</w:t>
      </w:r>
    </w:p>
    <w:p w14:paraId="36658A56" w14:textId="77777777" w:rsidR="00CD00FD" w:rsidRPr="004A4D23" w:rsidRDefault="00CD00FD" w:rsidP="00CD00FD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val="pl-PL" w:eastAsia="pl-PL"/>
        </w:rPr>
      </w:pPr>
      <w:r w:rsidRPr="004A4D23">
        <w:rPr>
          <w:rFonts w:ascii="Calibri" w:eastAsia="Times New Roman" w:hAnsi="Calibri" w:cs="Calibri"/>
          <w:b/>
          <w:bCs/>
          <w:color w:val="000000"/>
          <w:sz w:val="20"/>
          <w:szCs w:val="20"/>
          <w:lang w:val="pl-PL" w:eastAsia="pl-PL"/>
        </w:rPr>
        <w:t xml:space="preserve">Fabrycznie nowe </w:t>
      </w:r>
      <w:proofErr w:type="spellStart"/>
      <w:r w:rsidRPr="004A4D23">
        <w:rPr>
          <w:rFonts w:ascii="Calibri" w:eastAsia="Times New Roman" w:hAnsi="Calibri" w:cs="Calibri"/>
          <w:b/>
          <w:bCs/>
          <w:color w:val="000000"/>
          <w:sz w:val="20"/>
          <w:szCs w:val="20"/>
          <w:lang w:val="pl-PL" w:eastAsia="pl-PL"/>
        </w:rPr>
        <w:t>schodołazy</w:t>
      </w:r>
      <w:proofErr w:type="spellEnd"/>
      <w:r w:rsidRPr="004A4D23">
        <w:rPr>
          <w:rFonts w:ascii="Calibri" w:eastAsia="Times New Roman" w:hAnsi="Calibri" w:cs="Calibri"/>
          <w:b/>
          <w:bCs/>
          <w:color w:val="000000"/>
          <w:sz w:val="20"/>
          <w:szCs w:val="20"/>
          <w:lang w:val="pl-PL" w:eastAsia="pl-PL"/>
        </w:rPr>
        <w:t xml:space="preserve"> ewakuacyjne z krzesełkiem gąsienicowym z napędem elektrycznym </w:t>
      </w:r>
      <w:r w:rsidRPr="004A4D23">
        <w:rPr>
          <w:rFonts w:ascii="Calibri" w:eastAsia="Times New Roman" w:hAnsi="Calibri" w:cs="Calibri"/>
          <w:color w:val="000000"/>
          <w:sz w:val="20"/>
          <w:szCs w:val="20"/>
          <w:lang w:val="pl-PL" w:eastAsia="pl-PL"/>
        </w:rPr>
        <w:t xml:space="preserve"> przeznaczone do bezpiecznego transportu pacjentów (w tym osób leżących, z ograniczeniami ruchowymi oraz </w:t>
      </w:r>
      <w:proofErr w:type="spellStart"/>
      <w:r w:rsidRPr="004A4D23">
        <w:rPr>
          <w:rFonts w:ascii="Calibri" w:eastAsia="Times New Roman" w:hAnsi="Calibri" w:cs="Calibri"/>
          <w:color w:val="000000"/>
          <w:sz w:val="20"/>
          <w:szCs w:val="20"/>
          <w:lang w:val="pl-PL" w:eastAsia="pl-PL"/>
        </w:rPr>
        <w:t>bariatrycznych</w:t>
      </w:r>
      <w:proofErr w:type="spellEnd"/>
      <w:r w:rsidRPr="004A4D23">
        <w:rPr>
          <w:rFonts w:ascii="Calibri" w:eastAsia="Times New Roman" w:hAnsi="Calibri" w:cs="Calibri"/>
          <w:color w:val="000000"/>
          <w:sz w:val="20"/>
          <w:szCs w:val="20"/>
          <w:lang w:val="pl-PL" w:eastAsia="pl-PL"/>
        </w:rPr>
        <w:t>) po schodach w górę i w dół i drogach ewakuacyjnych szpitala w sytuacji awarii wind, pożaru i zagrożeń lub konieczności pilnej ewakuacji oddziałów.</w:t>
      </w:r>
    </w:p>
    <w:p w14:paraId="55F3B6DA" w14:textId="77777777" w:rsidR="00CD00FD" w:rsidRPr="004A4D23" w:rsidRDefault="00CD00FD" w:rsidP="004A4D23">
      <w:pPr>
        <w:spacing w:after="0" w:line="240" w:lineRule="auto"/>
        <w:rPr>
          <w:rFonts w:ascii="Calibri" w:eastAsia="Times New Roman" w:hAnsi="Calibri" w:cs="Calibri"/>
          <w:sz w:val="20"/>
          <w:szCs w:val="20"/>
          <w:lang w:val="pl-PL"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91"/>
        <w:gridCol w:w="1287"/>
        <w:gridCol w:w="1291"/>
        <w:gridCol w:w="1181"/>
        <w:gridCol w:w="1193"/>
        <w:gridCol w:w="1193"/>
        <w:gridCol w:w="1194"/>
      </w:tblGrid>
      <w:tr w:rsidR="00CD00FD" w:rsidRPr="00CD00FD" w14:paraId="30B9D739" w14:textId="77777777" w:rsidTr="009709E4">
        <w:tc>
          <w:tcPr>
            <w:tcW w:w="1232" w:type="dxa"/>
            <w:shd w:val="clear" w:color="auto" w:fill="D9D9D9" w:themeFill="background1" w:themeFillShade="D9"/>
          </w:tcPr>
          <w:p w14:paraId="67C028CD" w14:textId="77777777" w:rsidR="00CD00FD" w:rsidRPr="00CD00FD" w:rsidRDefault="00CD00FD" w:rsidP="009709E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 w:rsidRPr="00CD00FD"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Cena jednostkowa netto</w:t>
            </w:r>
          </w:p>
        </w:tc>
        <w:tc>
          <w:tcPr>
            <w:tcW w:w="1233" w:type="dxa"/>
            <w:shd w:val="clear" w:color="auto" w:fill="D9D9D9" w:themeFill="background1" w:themeFillShade="D9"/>
          </w:tcPr>
          <w:p w14:paraId="51EA37FC" w14:textId="77777777" w:rsidR="00CD00FD" w:rsidRPr="00CD00FD" w:rsidRDefault="00CD00FD" w:rsidP="009709E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 w:rsidRPr="00CD00FD"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Vat jednostkowy</w:t>
            </w:r>
          </w:p>
        </w:tc>
        <w:tc>
          <w:tcPr>
            <w:tcW w:w="1233" w:type="dxa"/>
            <w:shd w:val="clear" w:color="auto" w:fill="D9D9D9" w:themeFill="background1" w:themeFillShade="D9"/>
          </w:tcPr>
          <w:p w14:paraId="21728D86" w14:textId="77777777" w:rsidR="00CD00FD" w:rsidRPr="00CD00FD" w:rsidRDefault="00CD00FD" w:rsidP="009709E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 w:rsidRPr="00CD00FD"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Cena jednostkowa brutto</w:t>
            </w:r>
          </w:p>
        </w:tc>
        <w:tc>
          <w:tcPr>
            <w:tcW w:w="1233" w:type="dxa"/>
            <w:shd w:val="clear" w:color="auto" w:fill="D9D9D9" w:themeFill="background1" w:themeFillShade="D9"/>
          </w:tcPr>
          <w:p w14:paraId="42AC1264" w14:textId="77777777" w:rsidR="00CD00FD" w:rsidRPr="00CD00FD" w:rsidRDefault="00CD00FD" w:rsidP="009709E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 w:rsidRPr="00CD00FD"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Ilość</w:t>
            </w:r>
          </w:p>
        </w:tc>
        <w:tc>
          <w:tcPr>
            <w:tcW w:w="1233" w:type="dxa"/>
            <w:shd w:val="clear" w:color="auto" w:fill="D9D9D9" w:themeFill="background1" w:themeFillShade="D9"/>
          </w:tcPr>
          <w:p w14:paraId="5E4A4F75" w14:textId="77777777" w:rsidR="00CD00FD" w:rsidRPr="00CD00FD" w:rsidRDefault="00CD00FD" w:rsidP="009709E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 w:rsidRPr="00CD00FD"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Cena razem netto</w:t>
            </w:r>
          </w:p>
        </w:tc>
        <w:tc>
          <w:tcPr>
            <w:tcW w:w="1233" w:type="dxa"/>
            <w:shd w:val="clear" w:color="auto" w:fill="D9D9D9" w:themeFill="background1" w:themeFillShade="D9"/>
          </w:tcPr>
          <w:p w14:paraId="63D72021" w14:textId="77777777" w:rsidR="00CD00FD" w:rsidRPr="00CD00FD" w:rsidRDefault="00CD00FD" w:rsidP="009709E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 w:rsidRPr="00CD00FD"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VAT razem</w:t>
            </w:r>
          </w:p>
        </w:tc>
        <w:tc>
          <w:tcPr>
            <w:tcW w:w="1233" w:type="dxa"/>
            <w:shd w:val="clear" w:color="auto" w:fill="D9D9D9" w:themeFill="background1" w:themeFillShade="D9"/>
          </w:tcPr>
          <w:p w14:paraId="4EF89004" w14:textId="77777777" w:rsidR="00CD00FD" w:rsidRPr="00CD00FD" w:rsidRDefault="00CD00FD" w:rsidP="009709E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 w:rsidRPr="00CD00FD"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Cena razem brutto</w:t>
            </w:r>
          </w:p>
        </w:tc>
      </w:tr>
      <w:tr w:rsidR="00CD00FD" w:rsidRPr="00CD00FD" w14:paraId="276F3492" w14:textId="77777777" w:rsidTr="009709E4">
        <w:tc>
          <w:tcPr>
            <w:tcW w:w="1232" w:type="dxa"/>
          </w:tcPr>
          <w:p w14:paraId="64828384" w14:textId="77777777" w:rsidR="00CD00FD" w:rsidRPr="00CD00FD" w:rsidRDefault="00CD00FD" w:rsidP="009709E4">
            <w:pPr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33" w:type="dxa"/>
          </w:tcPr>
          <w:p w14:paraId="7DFC48AC" w14:textId="77777777" w:rsidR="00CD00FD" w:rsidRPr="00CD00FD" w:rsidRDefault="00CD00FD" w:rsidP="009709E4">
            <w:pPr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33" w:type="dxa"/>
          </w:tcPr>
          <w:p w14:paraId="527CFA00" w14:textId="77777777" w:rsidR="00CD00FD" w:rsidRPr="00CD00FD" w:rsidRDefault="00CD00FD" w:rsidP="009709E4">
            <w:pPr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33" w:type="dxa"/>
          </w:tcPr>
          <w:p w14:paraId="1F8FB43C" w14:textId="244529E1" w:rsidR="00CD00FD" w:rsidRPr="00CD00FD" w:rsidRDefault="00CD00FD" w:rsidP="009709E4">
            <w:pPr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CD00FD">
              <w:rPr>
                <w:rFonts w:ascii="Calibri" w:hAnsi="Calibri" w:cs="Calibri"/>
                <w:sz w:val="20"/>
                <w:szCs w:val="20"/>
                <w:lang w:val="pl-PL"/>
              </w:rPr>
              <w:t>4</w:t>
            </w:r>
          </w:p>
        </w:tc>
        <w:tc>
          <w:tcPr>
            <w:tcW w:w="1233" w:type="dxa"/>
          </w:tcPr>
          <w:p w14:paraId="67021A4A" w14:textId="77777777" w:rsidR="00CD00FD" w:rsidRPr="00CD00FD" w:rsidRDefault="00CD00FD" w:rsidP="009709E4">
            <w:pPr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33" w:type="dxa"/>
          </w:tcPr>
          <w:p w14:paraId="56B78770" w14:textId="77777777" w:rsidR="00CD00FD" w:rsidRPr="00CD00FD" w:rsidRDefault="00CD00FD" w:rsidP="009709E4">
            <w:pPr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33" w:type="dxa"/>
          </w:tcPr>
          <w:p w14:paraId="59D3A582" w14:textId="77777777" w:rsidR="00CD00FD" w:rsidRPr="00CD00FD" w:rsidRDefault="00CD00FD" w:rsidP="009709E4">
            <w:pPr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  <w:p w14:paraId="2781538E" w14:textId="77777777" w:rsidR="00CD00FD" w:rsidRPr="00CD00FD" w:rsidRDefault="00CD00FD" w:rsidP="009709E4">
            <w:pPr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</w:tbl>
    <w:p w14:paraId="5CA2DC9C" w14:textId="77777777" w:rsidR="00A3338D" w:rsidRPr="004A4D23" w:rsidRDefault="00A3338D">
      <w:pPr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</w:p>
    <w:p w14:paraId="0A7EF69C" w14:textId="77777777" w:rsidR="00C13D55" w:rsidRPr="004A4D23" w:rsidRDefault="00C13D55" w:rsidP="00C13D55">
      <w:pPr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</w:p>
    <w:p w14:paraId="0E5F0C4D" w14:textId="65C632B6" w:rsidR="00155932" w:rsidRPr="004A4D23" w:rsidRDefault="007E6899" w:rsidP="002E4938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pl-PL"/>
        </w:rPr>
      </w:pPr>
      <w:r w:rsidRPr="004A4D23">
        <w:rPr>
          <w:rFonts w:ascii="Calibri" w:hAnsi="Calibri" w:cs="Calibri"/>
          <w:sz w:val="20"/>
          <w:szCs w:val="20"/>
          <w:lang w:val="pl-PL"/>
        </w:rPr>
        <w:t>Podpis:</w:t>
      </w:r>
    </w:p>
    <w:p w14:paraId="6F67994C" w14:textId="1BB03A9E" w:rsidR="00155932" w:rsidRPr="004A4D23" w:rsidRDefault="007E6899" w:rsidP="00C13D55">
      <w:pPr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4A4D23">
        <w:rPr>
          <w:rFonts w:ascii="Calibri" w:hAnsi="Calibri" w:cs="Calibri"/>
          <w:sz w:val="20"/>
          <w:szCs w:val="20"/>
          <w:lang w:val="pl-PL"/>
        </w:rPr>
        <w:t>Miejscowość i data...........................................................................................</w:t>
      </w:r>
    </w:p>
    <w:p w14:paraId="7470E2B4" w14:textId="52C58801" w:rsidR="00155932" w:rsidRPr="004A4D23" w:rsidRDefault="007E6899" w:rsidP="00C13D55">
      <w:pPr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4A4D23">
        <w:rPr>
          <w:rFonts w:ascii="Calibri" w:hAnsi="Calibri" w:cs="Calibri"/>
          <w:sz w:val="20"/>
          <w:szCs w:val="20"/>
          <w:lang w:val="pl-PL"/>
        </w:rPr>
        <w:t xml:space="preserve">Podpis </w:t>
      </w:r>
      <w:r w:rsidR="007F0ACB" w:rsidRPr="004A4D23">
        <w:rPr>
          <w:rFonts w:ascii="Calibri" w:hAnsi="Calibri" w:cs="Calibri"/>
          <w:sz w:val="20"/>
          <w:szCs w:val="20"/>
          <w:lang w:val="pl-PL"/>
        </w:rPr>
        <w:t>elektroniczny</w:t>
      </w:r>
      <w:r w:rsidRPr="004A4D23">
        <w:rPr>
          <w:rFonts w:ascii="Calibri" w:hAnsi="Calibri" w:cs="Calibri"/>
          <w:sz w:val="20"/>
          <w:szCs w:val="20"/>
          <w:lang w:val="pl-PL"/>
        </w:rPr>
        <w:t xml:space="preserve"> Wykonawcy: .............................................................</w:t>
      </w:r>
      <w:r w:rsidR="00C13D55" w:rsidRPr="004A4D23">
        <w:rPr>
          <w:rFonts w:ascii="Calibri" w:hAnsi="Calibri" w:cs="Calibri"/>
          <w:sz w:val="20"/>
          <w:szCs w:val="20"/>
          <w:lang w:val="pl-PL"/>
        </w:rPr>
        <w:t>.........</w:t>
      </w:r>
    </w:p>
    <w:sectPr w:rsidR="00155932" w:rsidRPr="004A4D23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4C533A" w14:textId="77777777" w:rsidR="00ED3895" w:rsidRDefault="00ED3895" w:rsidP="00ED3895">
      <w:pPr>
        <w:spacing w:after="0" w:line="240" w:lineRule="auto"/>
      </w:pPr>
      <w:r>
        <w:separator/>
      </w:r>
    </w:p>
  </w:endnote>
  <w:endnote w:type="continuationSeparator" w:id="0">
    <w:p w14:paraId="0D5288A8" w14:textId="77777777" w:rsidR="00ED3895" w:rsidRDefault="00ED3895" w:rsidP="00ED3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98060C" w14:textId="77777777" w:rsidR="00ED3895" w:rsidRDefault="00ED3895" w:rsidP="00ED3895">
      <w:pPr>
        <w:spacing w:after="0" w:line="240" w:lineRule="auto"/>
      </w:pPr>
      <w:r>
        <w:separator/>
      </w:r>
    </w:p>
  </w:footnote>
  <w:footnote w:type="continuationSeparator" w:id="0">
    <w:p w14:paraId="46DF92AE" w14:textId="77777777" w:rsidR="00ED3895" w:rsidRDefault="00ED3895" w:rsidP="00ED38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AA7F41" w14:textId="78902B41" w:rsidR="00ED3895" w:rsidRDefault="008C3752">
    <w:pPr>
      <w:pStyle w:val="Nagwek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C31F4A4" wp14:editId="41451968">
          <wp:simplePos x="0" y="0"/>
          <wp:positionH relativeFrom="margin">
            <wp:posOffset>4305300</wp:posOffset>
          </wp:positionH>
          <wp:positionV relativeFrom="paragraph">
            <wp:posOffset>-99695</wp:posOffset>
          </wp:positionV>
          <wp:extent cx="1610995" cy="545465"/>
          <wp:effectExtent l="0" t="0" r="0" b="0"/>
          <wp:wrapTight wrapText="bothSides">
            <wp:wrapPolygon edited="0">
              <wp:start x="3320" y="3017"/>
              <wp:lineTo x="1788" y="6789"/>
              <wp:lineTo x="1788" y="14333"/>
              <wp:lineTo x="3320" y="18105"/>
              <wp:lineTo x="4853" y="18105"/>
              <wp:lineTo x="19667" y="15087"/>
              <wp:lineTo x="19667" y="5281"/>
              <wp:lineTo x="4598" y="3017"/>
              <wp:lineTo x="3320" y="3017"/>
            </wp:wrapPolygon>
          </wp:wrapTight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0995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5AAEB794" wp14:editId="714F3947">
          <wp:simplePos x="0" y="0"/>
          <wp:positionH relativeFrom="margin">
            <wp:align>center</wp:align>
          </wp:positionH>
          <wp:positionV relativeFrom="paragraph">
            <wp:posOffset>-592455</wp:posOffset>
          </wp:positionV>
          <wp:extent cx="1661160" cy="1534160"/>
          <wp:effectExtent l="0" t="0" r="0" b="0"/>
          <wp:wrapTight wrapText="bothSides">
            <wp:wrapPolygon edited="0">
              <wp:start x="991" y="8315"/>
              <wp:lineTo x="0" y="9387"/>
              <wp:lineTo x="0" y="12338"/>
              <wp:lineTo x="991" y="13142"/>
              <wp:lineTo x="2972" y="13142"/>
              <wp:lineTo x="21303" y="12070"/>
              <wp:lineTo x="21303" y="9656"/>
              <wp:lineTo x="2725" y="8315"/>
              <wp:lineTo x="991" y="8315"/>
            </wp:wrapPolygon>
          </wp:wrapTight>
          <wp:docPr id="3" name="Graf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1160" cy="15341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E897243" wp14:editId="775B70B2">
          <wp:simplePos x="0" y="0"/>
          <wp:positionH relativeFrom="margin">
            <wp:posOffset>-584200</wp:posOffset>
          </wp:positionH>
          <wp:positionV relativeFrom="paragraph">
            <wp:posOffset>6350</wp:posOffset>
          </wp:positionV>
          <wp:extent cx="1714500" cy="452120"/>
          <wp:effectExtent l="0" t="0" r="0" b="0"/>
          <wp:wrapTight wrapText="bothSides">
            <wp:wrapPolygon edited="0">
              <wp:start x="2160" y="910"/>
              <wp:lineTo x="480" y="5461"/>
              <wp:lineTo x="480" y="10921"/>
              <wp:lineTo x="1200" y="17292"/>
              <wp:lineTo x="2160" y="20022"/>
              <wp:lineTo x="21120" y="20022"/>
              <wp:lineTo x="21360" y="10011"/>
              <wp:lineTo x="13920" y="3640"/>
              <wp:lineTo x="3120" y="910"/>
              <wp:lineTo x="2160" y="91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452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ED13AAF" w14:textId="045DF78A" w:rsidR="008C3752" w:rsidRDefault="008C3752">
    <w:pPr>
      <w:pStyle w:val="Nagwek"/>
    </w:pPr>
  </w:p>
  <w:p w14:paraId="34E92D70" w14:textId="3CB4AC1C" w:rsidR="008C3752" w:rsidRDefault="008C3752">
    <w:pPr>
      <w:pStyle w:val="Nagwek"/>
    </w:pPr>
  </w:p>
  <w:p w14:paraId="1B13CBB3" w14:textId="7ED868E1" w:rsidR="008C3752" w:rsidRDefault="008C3752">
    <w:pPr>
      <w:pStyle w:val="Nagwek"/>
    </w:pPr>
  </w:p>
  <w:p w14:paraId="29E341E2" w14:textId="77777777" w:rsidR="008C3752" w:rsidRDefault="008C3752">
    <w:pPr>
      <w:pStyle w:val="Nagwek"/>
    </w:pPr>
  </w:p>
  <w:p w14:paraId="72319290" w14:textId="77777777" w:rsidR="00ED3895" w:rsidRDefault="00ED389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DB7586F"/>
    <w:multiLevelType w:val="multilevel"/>
    <w:tmpl w:val="AE80D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08A2E04"/>
    <w:multiLevelType w:val="multilevel"/>
    <w:tmpl w:val="1152F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C4448F"/>
    <w:multiLevelType w:val="multilevel"/>
    <w:tmpl w:val="E62EF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210"/>
    <w:rsid w:val="00012A62"/>
    <w:rsid w:val="00034616"/>
    <w:rsid w:val="0006063C"/>
    <w:rsid w:val="00072C14"/>
    <w:rsid w:val="000A06A2"/>
    <w:rsid w:val="000E3076"/>
    <w:rsid w:val="0015074B"/>
    <w:rsid w:val="00155932"/>
    <w:rsid w:val="001A00C4"/>
    <w:rsid w:val="001A1A28"/>
    <w:rsid w:val="0029639D"/>
    <w:rsid w:val="002E4938"/>
    <w:rsid w:val="00326F90"/>
    <w:rsid w:val="00395D4C"/>
    <w:rsid w:val="003A5413"/>
    <w:rsid w:val="003A6A0C"/>
    <w:rsid w:val="003D359B"/>
    <w:rsid w:val="003E4C2C"/>
    <w:rsid w:val="00425848"/>
    <w:rsid w:val="00430FCF"/>
    <w:rsid w:val="004877E0"/>
    <w:rsid w:val="004A4D23"/>
    <w:rsid w:val="005C1880"/>
    <w:rsid w:val="00604F69"/>
    <w:rsid w:val="00613DA3"/>
    <w:rsid w:val="00641C74"/>
    <w:rsid w:val="006C7C5F"/>
    <w:rsid w:val="007058DD"/>
    <w:rsid w:val="00737B6F"/>
    <w:rsid w:val="007E6899"/>
    <w:rsid w:val="007F0ACB"/>
    <w:rsid w:val="0080617E"/>
    <w:rsid w:val="008401F4"/>
    <w:rsid w:val="00860446"/>
    <w:rsid w:val="00871BDE"/>
    <w:rsid w:val="0087615E"/>
    <w:rsid w:val="008C3752"/>
    <w:rsid w:val="008D3D3D"/>
    <w:rsid w:val="00953705"/>
    <w:rsid w:val="00A2627D"/>
    <w:rsid w:val="00A3338D"/>
    <w:rsid w:val="00A539B8"/>
    <w:rsid w:val="00A95C37"/>
    <w:rsid w:val="00AA1D8D"/>
    <w:rsid w:val="00B47730"/>
    <w:rsid w:val="00BD5F86"/>
    <w:rsid w:val="00BE45BE"/>
    <w:rsid w:val="00C13D55"/>
    <w:rsid w:val="00C35D2C"/>
    <w:rsid w:val="00C40B74"/>
    <w:rsid w:val="00C51ECB"/>
    <w:rsid w:val="00CB0664"/>
    <w:rsid w:val="00CD00FD"/>
    <w:rsid w:val="00D13F41"/>
    <w:rsid w:val="00D608D0"/>
    <w:rsid w:val="00DE5B93"/>
    <w:rsid w:val="00E52B7A"/>
    <w:rsid w:val="00ED3895"/>
    <w:rsid w:val="00F62669"/>
    <w:rsid w:val="00F76010"/>
    <w:rsid w:val="00FA36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457284"/>
  <w14:defaultImageDpi w14:val="300"/>
  <w15:docId w15:val="{7AA10E4D-CCD7-43FD-BFBB-0B66BDA4E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tabs>
        <w:tab w:val="clear" w:pos="720"/>
        <w:tab w:val="num" w:pos="360"/>
      </w:tabs>
      <w:ind w:left="0" w:firstLine="0"/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A3338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338D"/>
    <w:pPr>
      <w:spacing w:line="240" w:lineRule="auto"/>
    </w:pPr>
    <w:rPr>
      <w:rFonts w:eastAsiaTheme="minorHAnsi"/>
      <w:sz w:val="20"/>
      <w:szCs w:val="20"/>
      <w:lang w:val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338D"/>
    <w:rPr>
      <w:rFonts w:eastAsiaTheme="minorHAnsi"/>
      <w:sz w:val="20"/>
      <w:szCs w:val="20"/>
      <w:lang w:val="pl-PL"/>
    </w:rPr>
  </w:style>
  <w:style w:type="paragraph" w:styleId="Poprawka">
    <w:name w:val="Revision"/>
    <w:hidden/>
    <w:uiPriority w:val="99"/>
    <w:semiHidden/>
    <w:rsid w:val="008401F4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E4C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4C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14201AF-1019-4915-8B56-B02D3B889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1722</Characters>
  <Application>Microsoft Office Word</Application>
  <DocSecurity>0</DocSecurity>
  <Lines>14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Beata Lewandowska</cp:lastModifiedBy>
  <cp:revision>2</cp:revision>
  <cp:lastPrinted>2026-10-14T12:19:00Z</cp:lastPrinted>
  <dcterms:created xsi:type="dcterms:W3CDTF">2026-10-14T12:46:00Z</dcterms:created>
  <dcterms:modified xsi:type="dcterms:W3CDTF">2026-10-14T12:46:00Z</dcterms:modified>
  <cp:category/>
</cp:coreProperties>
</file>